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CENTRUL EUROPEAN DE STUDII ÎN PROBLEME ETNICE</w:t>
        <w:br/>
        <w:t>al Academiei Române</w:t>
      </w:r>
    </w:p>
    <w:p>
      <w:pPr>
        <w:jc w:val="center"/>
      </w:pPr>
      <w:r>
        <w:rPr>
          <w:b/>
        </w:rPr>
        <w:br/>
        <w:t>DECLARAȚIE DE CONSIMȚĂMÂNT</w:t>
        <w:br/>
        <w:t>PRIVIND PRELUCRAREA DATELOR CU CARACTER PERSONAL</w:t>
      </w:r>
    </w:p>
    <w:p>
      <w:pPr>
        <w:spacing w:after="160"/>
      </w:pPr>
      <w:r>
        <w:t>Subsemnatul/Subsemnata .................................................................................................................,</w:t>
        <w:br/>
        <w:t>domiciliat(ă) în ..................................................................................................................................,</w:t>
        <w:br/>
        <w:t>identificat(ă) cu CI seria ............... nr. ............................,</w:t>
      </w:r>
    </w:p>
    <w:p>
      <w:pPr>
        <w:spacing w:after="160"/>
      </w:pPr>
      <w:r>
        <w:t>candidat(ă) la concursul organizat de Centrul European de Studii în Probleme Etnice al Academiei Române (CESPE) pentru ocuparea postului de Asistent de Cercetare Științifică (ACS),</w:t>
      </w:r>
    </w:p>
    <w:p>
      <w:pPr>
        <w:spacing w:after="160"/>
      </w:pPr>
      <w:r>
        <w:t>declar că am luat la cunoștință prevederile Regulamentului (UE) 2016/679 privind protecția persoanelor fizice în ceea ce privește prelucrarea datelor cu caracter personal și libera circulație a acestor date (Regulamentul general privind protecția datelor – GDPR).</w:t>
      </w:r>
    </w:p>
    <w:p>
      <w:pPr>
        <w:spacing w:after="160"/>
      </w:pPr>
      <w:r>
        <w:t>Sunt de acord cu prelucrarea datelor mele cu caracter personal de către Centrul European de Studii în Probleme Etnice al Academiei Române (CESPE), în scopul organizării și desfășurării concursului, gestionării dosarului de concurs, comunicării rezultatelor și îndeplinirii obligațiilor legale aferente ocupării postului.</w:t>
      </w:r>
    </w:p>
    <w:p>
      <w:pPr>
        <w:spacing w:after="160"/>
      </w:pPr>
      <w:r>
        <w:t>Declar că am luat la cunoștință de faptul că datele cu caracter personal vor fi prelucrate și păstrate pe perioada prevăzută de legislația aplicabilă și de normele privind arhivarea documentelor.</w:t>
      </w:r>
    </w:p>
    <w:p>
      <w:r>
        <w:br/>
        <w:br/>
        <w:t>Data: ....................................                         Semnătura: ....................................</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